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f08a24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1: החיים בעולם משתנה · חוברת קטנה</w:t>
      </w:r>
    </w:p>
    <w:p>
      <w:pPr>
        <w:pStyle w:val="Title"/>
        <w:bidi w:val="1"/>
        <w:jc w:val="right"/>
        <w:shd w:val="clear" w:color="auto" w:fill="f08a24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אפקט הדומינו ונופים משתנים</w:t>
      </w:r>
    </w:p>
    <w:p>
      <w:pPr>
        <w:bidi w:val="1"/>
        <w:spacing w:after="8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🌱 בסיסי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ld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F08A24"/>
          <w:sz w:val="28"/>
          <w:rtl w:val="1"/>
          <w:bCs/>
          <w:szCs w:val="28"/>
        </w:rPr>
        <w:t>אבן אחת נופלת – וכל השורה אחריה. ככה גם בעולם המחובר.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f08a24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אפקט דומינו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שינוי אחד גורם לעוד שינויים, כמו אבני דומינו.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בנק קורס, ואחריו בנקים במדינות אחרות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משבר כלכלי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זמן קשה שבו עסקים מפסידים ואנשים מפוטרים.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המשבר של 2008 שהתפשט מארצות הברית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מדבור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אדמה ירוקה הופכת לאט למדבר.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שדות בחגורת הסאהל שהפכו לחול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רעיית יתר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יותר מדי בהמות אוכלות את כל הצמחים.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עדר עיזים גדול שלא משאיר אף שיח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סחיפת קרקע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רוח או מים לוקחים את האדמה הטובה.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סופת אבק שמעיפה אדמה משדה חשוף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קו החוף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המקום שבו היבשה נגמרת והים מתחיל.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חוף שהלך ונעשה צר בגלל בנייה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שובר גלים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קיר אבנים בים שעוצר את הגלים.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סוללת סלעים בכניסה לנמל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נוף טבעי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נוף שהטבע יצר בלי בני אדם.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דיונות חול שאיש לא בנה בהן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f08a24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F08A24"/>
          <w:sz w:val="26"/>
          <w:rtl w:val="1"/>
          <w:bCs/>
          <w:szCs w:val="26"/>
        </w:rPr>
        <w:t>אבן אחת נופלת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העמידו אבני דומינו בשורה. דחפו את הראשונה. כל האבנים נופלות אחת אחרי השנייה. גם בעולם שינוי במקום אחד עובר למקומות אחרים. זה נקרא אפקט דומינו.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בשנת 2008 היה משבר כלכלי גדול. הוא התחיל בבנקים בארצות הברית. בנקים הפסידו הרבה כסף. מהר מאוד גם מדינות אחרות נפגעו, ואנשים רבים איבדו עבודה.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גם הנוף משתנה. במקומות יבשים יש בצורת, ועדרים גדולים אוכלים את כל הצמחים. האדמה נעשית חשופה, והרוח לוקחת אותה. כך אזור ירוק הופך למדבר. גם החוף משתנה כשבונים נמל בים.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אפקט דומינו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זמן קשה שבו עסקים מפסידים ואנשים מפוטרים.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משבר כלכלי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שינוי אחד גורם לעוד שינויים, כמו אבני דומינו.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מדבור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אדמה ירוקה הופכת לאט למדבר.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רעיית יתר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יותר מדי בהמות אוכלות את כל הצמחים.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סחיפת קרקע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רוח או מים לוקחים את האדמה הטובה.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F9D55"/>
          <w:sz w:val="23"/>
          <w:rtl w:val="1"/>
          <w:bCs/>
          <w:szCs w:val="23"/>
        </w:rPr>
        <w:t>מחסן מילים: קו החוף   ·   נוף טבעי   ·   שובר גלים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דיונות חול שאיש לא בנה בהן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סוללת סלעים בכניסה לנמל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חוף שהלך ונעשה צר בגלל בנייה – זו דוגמה ל־______________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מה זה אפקט דומינו?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משחק שמשחקים רק בבית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שינוי אחד שגורם לשרשרת של שינויים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סוג של בנק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גל גדול בים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איפה התחיל המשבר הכלכלי של 2008?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בבנקים בארצות הברית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בחוות באוסטרליה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בכפר במדבר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בנמל קטן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מה קורה במדבור?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המדבר הופך ליער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הים מתקרב לעיר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אזור ירוק הופך לדומה למדבר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יורד הרבה גשם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מה זה רעיית יתר?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עדר קטן שאוכל מעט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גשם חזק מאוד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גינה עם הרבה פרחים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יותר מדי בהמות אוכלות את כל הצמחים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מה מגן על נמל מפני גלים?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דיונה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שובר גלים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שדה חיטה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גשר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משבר במדינה אחת יכול לפגוע גם במדינות אחרות.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קו החוף אף פעם לא זז.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כשאין צמחים, הרוח יכולה לקחת את האדמה.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מדבור קורה רק בגלל האדם, אף פעם לא בגלל הטבע.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ציירו או כתבו שרשרת דומינו של שלוש אבנים: מה קרה קודם, ומה קרה אחר כך?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קודם... ואז... ובסוף...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איך אפשר לעזור לאדמה לא להפוך למדבר?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אפשר לעזור אם...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F08A24"/>
          <w:sz w:val="26"/>
          <w:rtl w:val="1"/>
          <w:bCs/>
          <w:szCs w:val="26"/>
        </w:rPr>
        <w:t>🎫 כרטיס יציאה – אפקט הדומינו ונופים משתנים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אפקט דומינו הוא...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דבר אחד שגורם למדבור: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שאלה שיש לי על החוף: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אפקט הדומינו ונופים משתנים – חוברת תלמיד – בסיסי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