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0"/>
        <w:jc w:val="right"/>
        <w:shd w:val="clear" w:color="auto" w:fill="f08a24"/>
      </w:pPr>
      <w:r>
        <w:rPr>
          <w:rFonts w:ascii="Assistant" w:hAnsi="Assistant" w:cs="Assistant"/>
          <w:b w:val="0"/>
          <w:color w:val="FFFFFF"/>
          <w:sz w:val="20"/>
          <w:rtl w:val="1"/>
          <w:szCs w:val="20"/>
        </w:rPr>
        <w:t>כפר עולמי · יחידה 1: החיים בעולם משתנה · חוברת קטנה</w:t>
      </w:r>
    </w:p>
    <w:p>
      <w:pPr>
        <w:pStyle w:val="Title"/>
        <w:bidi w:val="1"/>
        <w:jc w:val="right"/>
        <w:shd w:val="clear" w:color="auto" w:fill="f08a24"/>
      </w:pPr>
      <w:r>
        <w:rPr>
          <w:rFonts w:ascii="Assistant" w:hAnsi="Assistant" w:cs="Assistant"/>
          <w:b/>
          <w:color w:val="FFFFFF"/>
          <w:sz w:val="48"/>
          <w:rtl w:val="1"/>
          <w:bCs/>
          <w:szCs w:val="48"/>
        </w:rPr>
        <w:t xml:space="preserve">  העולם משתנה</w:t>
      </w:r>
    </w:p>
    <w:p>
      <w:pPr>
        <w:bidi w:val="1"/>
        <w:spacing w:after="80"/>
        <w:jc w:val="right"/>
        <w:shd w:val="clear" w:color="auto" w:fill="444B5A"/>
      </w:pPr>
      <w:r>
        <w:rPr>
          <w:rFonts w:ascii="Assistant" w:hAnsi="Assistant" w:cs="Assistant"/>
          <w:b/>
          <w:color w:val="FFFFFF"/>
          <w:sz w:val="24"/>
          <w:rtl w:val="1"/>
          <w:bCs/>
          <w:szCs w:val="24"/>
        </w:rPr>
        <w:t xml:space="preserve">  מהדורה למורה · תשובות לשלוש הרמות: 🌱 בסיסי · 🚀 ז׳ רגיל · 🏆 מתקדם</w:t>
      </w:r>
    </w:p>
    <w:p>
      <w:pPr>
        <w:bidi w:val="1"/>
        <w:spacing w:after="80"/>
        <w:jc w:val="right"/>
        <w:shd w:val="clear" w:color="auto" w:fill="EEFBF3"/>
      </w:pPr>
      <w:r>
        <w:rPr>
          <w:rFonts w:ascii="Assistant" w:hAnsi="Assistant" w:cs="Assistant"/>
          <w:b w:val="0"/>
          <w:sz w:val="23"/>
          <w:rtl w:val="1"/>
          <w:szCs w:val="23"/>
        </w:rPr>
        <w:t>התשובות מופיעות ראשונות. אחריהן: מהלך שיעור מוצע, בידול, משחקים לשיעור ופרטים לוודא.</w:t>
      </w:r>
    </w:p>
    <w:p>
      <w:pPr>
        <w:pStyle w:val="Heading1"/>
        <w:bidi w:val="1"/>
        <w:spacing w:before="200"/>
        <w:jc w:val="right"/>
        <w:shd w:val="clear" w:color="auto" w:fill="1f9d55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🌱 תשובות – רמה בסיסית  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6803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א׳ 1 – התאמה</w:t>
            </w:r>
          </w:p>
        </w:tc>
        <w:tc>
          <w:tcPr>
            <w:tcW w:type="dxa" w:w="2268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תמורה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כפר גלובלי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גלובליזציה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מהפכת התקשורת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5. מהפכת התחבורה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ד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6803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א׳ 2 – השלמה</w:t>
            </w:r>
          </w:p>
        </w:tc>
        <w:tc>
          <w:tcPr>
            <w:tcW w:type="dxa" w:w="2268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יותר משפחות עם שתי מכוניות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רמת מינוע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משפחה שעוברת לגור בעיר אחרת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ניידות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נסיעה שלקחה יום נמשכת היום שעה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התכווצות העולם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402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ב׳ – שאלה</w:t>
            </w:r>
          </w:p>
        </w:tc>
        <w:tc>
          <w:tcPr>
            <w:tcW w:type="dxa" w:w="2551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  <w:tc>
          <w:tcPr>
            <w:tcW w:type="dxa" w:w="3685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הסבר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מה השתנה בדרך שבה אנשים שולחים הודעות?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א. היום התשובה מגיעה מהר מאוד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היום הודעה מגיעה לכל מקום בתוך שניות.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מה פירוש ״כפר גלובלי״?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ב. העולם כולו מרגיש כמו כפר אחד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המקומות מחוברים כל כך, שנדמה שכולנו שכנים.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איזה כלי תחבורה קיצר מאוד את הנסיעות למקומות רחוקים?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ג. מטוס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מטוס מגיע בשעות למקום שאליו הפליגו פעם שבועות.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מהו צד פחות טוב של יותר מכוניות?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ד. יש יותר פקקים וזיהום אוויר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הרבה מכוניות על הכביש גורמות לעומס ולעשן.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5. מה זה ״תמורה״?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ב. שינוי גדול שקורה לאורך זמן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תמורה היא שינוי משמעותי לאורך זמן.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969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נכון / לא נכון</w:t>
            </w:r>
          </w:p>
        </w:tc>
        <w:tc>
          <w:tcPr>
            <w:tcW w:type="dxa" w:w="1417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  <w:tc>
          <w:tcPr>
            <w:tcW w:type="dxa" w:w="4252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הסבר / תיקון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פעם מכתב לארץ רחוקה הגיע בתוך שנייה.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לא 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פעם מכתב לארץ רחוקה הגיע אחרי שבועות ואפילו חודשים.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היום אפשר לדבר עם אנשים בצד השני של העולם.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 – הטלפון והאינטרנט מחברים אותנו לכל מקום.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לכל שינוי יש רק צד טוב.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לא 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לכל שינוי יש גם צד פחות טוב, כמו פקקים בגלל יותר מכוניות.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מטוסים ורכבות מהירות קיצרו את זמן הנסיעה.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 – הם מגיעים מהר הרבה יותר מעגלה או מאונייה ישנה.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3969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ג׳ – שאלה</w:t>
            </w:r>
          </w:p>
        </w:tc>
        <w:tc>
          <w:tcPr>
            <w:tcW w:type="dxa" w:w="5669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 לדוגמה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כתבו דבר אחד שהשתנה מאז שההורים שלכם היו ילדים.</w:t>
            </w:r>
          </w:p>
        </w:tc>
        <w:tc>
          <w:tcPr>
            <w:tcW w:type="dxa" w:w="56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כשההורים שלי היו ילדים, הם צילמו במצלמה עם סרט וחיכו ימים לתמונות. היום מצלמים בטלפון ורואים מיד.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למה אומרים שהעולם הוא ״כפר גלובלי״?</w:t>
            </w:r>
          </w:p>
        </w:tc>
        <w:tc>
          <w:tcPr>
            <w:tcW w:type="dxa" w:w="56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אומרים כך כי אנשים בכל העולם מחוברים בטלפון ובאינטרנט, ויודעים מהר מה קורה במקומות רחוקים, כמו שכנים בכפר.</w:t>
            </w:r>
          </w:p>
        </w:tc>
      </w:tr>
    </w:tbl>
    <w:p/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0"/>
          <w:rtl w:val="1"/>
          <w:szCs w:val="20"/>
        </w:rPr>
        <w:t>כרטיס יציאה: שינוי אחד שלמדתי עליו היום הוא... · מילה חדשה שלמדתי: ... · צד טוב ושלא טוב של שינוי אחד: ... — מצופה תשובה קצרה שמשתמשת במושג אחד לפחות.</w:t>
      </w:r>
    </w:p>
    <w:p>
      <w:pPr>
        <w:pStyle w:val="Heading1"/>
        <w:bidi w:val="1"/>
        <w:spacing w:before="200"/>
        <w:jc w:val="right"/>
        <w:shd w:val="clear" w:color="auto" w:fill="2f6fde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🚀 תשובות – רמת ז׳ רגילה  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6803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א׳ 1 – התאמה</w:t>
            </w:r>
          </w:p>
        </w:tc>
        <w:tc>
          <w:tcPr>
            <w:tcW w:type="dxa" w:w="2268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תמורה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כפר גלובלי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גלובליזציה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ו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מהפכת התקשורת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ד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5. מהפכת התחבורה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6. התכווצות העולם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6803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א׳ 2 – השלמה</w:t>
            </w:r>
          </w:p>
        </w:tc>
        <w:tc>
          <w:tcPr>
            <w:tcW w:type="dxa" w:w="2268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יותר משפחות עם שתי מכוניות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רמת מינוע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משפחה שעוברת לגור בעיר אחרת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ניידות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נסיעה שלקחה יום נמשכת היום שעה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התכווצות העולם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טיסה של שעות במקום הפלגה של שבועות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מהפכת התחבורה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402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ב׳ – שאלה</w:t>
            </w:r>
          </w:p>
        </w:tc>
        <w:tc>
          <w:tcPr>
            <w:tcW w:type="dxa" w:w="2551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  <w:tc>
          <w:tcPr>
            <w:tcW w:type="dxa" w:w="3685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הסבר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מה מתאר הביטוי ״התכווצות העולם״?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ג. הזמן הדרוש כדי להגיע ולתקשר התקצר מאוד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המרחק לא השתנה – הזמן התקצר, ולכן נדמה שהעולם קטן.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מהי ״רמת מינוע״?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א. מספר כלי הרכב ביחס למספר התושבים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רמת מינוע מודדת כמה כלי רכב יש ביחס לאוכלוסייה.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איזו דוגמה מתאימה ביותר ל״כפר גלובלי״?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ב. שיר חדש נשמע בו ביום ביבשות רבות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המידע עובר מיד לכל העולם, כמו בכפר שבו כולם יודעים הכול.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מה מבין אלה הוא מחיר של עלייה ברמת המינוע?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ג. זיהום אוויר ופקקים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יותר מכוניות פירושן יותר עומס ויותר פליטות.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5. איזו שאלה אינה מתוך שלוש שאלות הגאוגרף על שינוי?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ד. כמה עולה השינוי בחנות?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הגאוגרף בוחן מה, איפה ולמי – לא מחיר בחנות.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969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נכון / לא נכון</w:t>
            </w:r>
          </w:p>
        </w:tc>
        <w:tc>
          <w:tcPr>
            <w:tcW w:type="dxa" w:w="1417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  <w:tc>
          <w:tcPr>
            <w:tcW w:type="dxa" w:w="4252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הסבר / תיקון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גלובליזציה היא תהליך שבו מדינות העולם נעשות תלויות זו בזו יותר ויותר.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 – כלכלות ותרבויות מתחברות ומשפיעות זו על זו.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״התכווצות העולם״ פירושה שהמרחק בין היבשות קטן.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לא 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המרחק לא השתנה; הזמן הדרוש כדי להגיע ולתקשר התקצר.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משבר במקום אחד בעולם יכול להשפיע מהר על מקומות אחרים.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 – בעולם מחובר שינויים ומשברים עוברים מעבר לגבולות.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מהפכת התחבורה קשורה בעיקר להמצאת האינטרנט.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לא 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מהפכת התחבורה קשורה למטוסים, לאוניות משא ולרכבות; האינטרנט שייך למהפכת התקשורת.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3969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ג׳ – שאלה</w:t>
            </w:r>
          </w:p>
        </w:tc>
        <w:tc>
          <w:tcPr>
            <w:tcW w:type="dxa" w:w="5669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 לדוגמה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בחרו תחום אחד (תקשורת, תחבורה, קניות או בילוי) והשוו בין ״לפני״ ל״אחרי״.</w:t>
            </w:r>
          </w:p>
        </w:tc>
        <w:tc>
          <w:tcPr>
            <w:tcW w:type="dxa" w:w="56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בעבר קנו בגדים רק בחנות בעיר, והיום מזמינים ברשת מכל העולם והחבילה מגיעה תוך ימים. השינוי נוח, אבל מגדיל את כמות האריזות והמשלוחים.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הסבירו מדוע השתמשו דווקא במילה ״כפר״ כדי לתאר את העולם של היום.</w:t>
            </w:r>
          </w:p>
        </w:tc>
        <w:tc>
          <w:tcPr>
            <w:tcW w:type="dxa" w:w="56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בכפר כולם מכירים זה את זה ויודעים מהר מה קורה אצל השכנים. בזכות התקשורת המהירה גם בעולם מידע עובר מיד, ולכן העולם מרגיש כמו כפר אחד.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תארו שינוי אחד ומי מרוויח ממנו ומי עלול להיפגע ממנו.</w:t>
            </w:r>
          </w:p>
        </w:tc>
        <w:tc>
          <w:tcPr>
            <w:tcW w:type="dxa" w:w="56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הכביש המהיר החדש מקצר את הנסיעה לעבודה לתושבי הפרברים, אבל תושבים הגרים לידו סובלים מרעש ומזיהום, ושטח פתוח נהרס.</w:t>
            </w:r>
          </w:p>
        </w:tc>
      </w:tr>
    </w:tbl>
    <w:p/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0"/>
          <w:rtl w:val="1"/>
          <w:szCs w:val="20"/>
        </w:rPr>
        <w:t>כרטיס יציאה: תמורה אחת שלמדתי עליה היום... · הסבירו במשפט: ״העולם התכווץ״ כי... · שאלה שהייתי רוצה לשאול גאוגרף... — מצופה תשובה קצרה שמשתמשת במושג אחד לפחות.</w:t>
      </w:r>
    </w:p>
    <w:p>
      <w:pPr>
        <w:pStyle w:val="Heading1"/>
        <w:bidi w:val="1"/>
        <w:spacing w:before="200"/>
        <w:jc w:val="right"/>
        <w:shd w:val="clear" w:color="auto" w:fill="8b3fd1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🏆 תשובות – רמה מתקדמת  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6803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א׳ 1 – התאמה</w:t>
            </w:r>
          </w:p>
        </w:tc>
        <w:tc>
          <w:tcPr>
            <w:tcW w:type="dxa" w:w="2268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תמורה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ז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כפר גלובלי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גלובליזציה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מהפכת התקשורת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ד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5. מהפכת התחבורה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ו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6. התכווצות העולם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ח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7. ניידות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8. רמת מינוע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6803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א׳ 2 – השלמה</w:t>
            </w:r>
          </w:p>
        </w:tc>
        <w:tc>
          <w:tcPr>
            <w:tcW w:type="dxa" w:w="2268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יותר משפחות עם שתי מכוניות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רמת מינוע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משפחה שעוברת לגור בעיר אחרת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ניידות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נסיעה שלקחה יום נמשכת היום שעה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התכווצות העולם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טיסה של שעות במקום הפלגה של שבועות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מהפכת התחבורה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402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ב׳ – שאלה</w:t>
            </w:r>
          </w:p>
        </w:tc>
        <w:tc>
          <w:tcPr>
            <w:tcW w:type="dxa" w:w="2551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  <w:tc>
          <w:tcPr>
            <w:tcW w:type="dxa" w:w="3685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הסבר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מה ההבדל בין מרחק במרחב למרחק בזמן?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ד. מרחק במרחב נמדד בקילומטרים, ומרחק בזמן – בזמן ההגעה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הקילומטרים קבועים; זמן ההגעה הוא שהתקצר.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מדוע כפר מבודד עשוי להיות ״רחוק״ יותר מעיר גדולה בצד השני של העולם?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ב. כי לכפר אין חיבורי תחבורה ותקשורת מהירים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מה שקובע את ״הקרבה״ הוא מהירות החיבור, לא רק הקילומטרים.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איזה משפט מתאר נכון את הקשר בין ניידות לגלובליזציה?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א. ניידות גבוהה מאפשרת זרימה של אנשים, סחורות ורעיונות, וכך מחזקת את הגלובליזציה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ככל שקל יותר לנוע, הקשרים בין מקומות מתהדקים.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מה מבין אלה הוא דוגמה להתפשטות של משבר בכפר הגלובלי?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ג. מחלה שעוברת בטיסות ממדינה למדינה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בעולם מחובר גם בעיות עוברות במהירות מעבר לגבולות.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5. איזו טענה מבטאת חשיבה של גאוגרף על כביש חדש?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ב. כדאי לבדוק מי מרוויח מהכביש ומי משלם את מחירו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גאוגרף בוחן יתרונות ומחירים לקבוצות שונות במרחב.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969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נכון / לא נכון</w:t>
            </w:r>
          </w:p>
        </w:tc>
        <w:tc>
          <w:tcPr>
            <w:tcW w:type="dxa" w:w="1417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  <w:tc>
          <w:tcPr>
            <w:tcW w:type="dxa" w:w="4252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הסבר / תיקון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התכווצות העולם התרחשה באותה מידה בכל המקומות.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לא 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מקומות מחוברים היטב ״התקרבו״ יותר ממקומות מבודדים.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רוב המידע בין היבשות עובר בכבלים על קרקעית הים.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 – הכבלים התת-ימיים נושאים את רוב תעבורת המידע הבין-יבשתית.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עלייה ברמת המינוע עשויה להגביר את הפגיעה בשטחים פתוחים.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 – יותר מכוניות דורשות יותר כבישים וחניונים.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המונח כפר גלובלי מתאר עולם שבו כל אחד חי בכפר חקלאי.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לא 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זהו דימוי: העולם מחובר כל כך עד שנראה כמו קהילה אחת קטנה.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3969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ג׳ – שאלה</w:t>
            </w:r>
          </w:p>
        </w:tc>
        <w:tc>
          <w:tcPr>
            <w:tcW w:type="dxa" w:w="5669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 לדוגמה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הסבירו בשרשרת של סיבה ותוצאה (לפחות שלוש חוליות) כיצד מטוסי סילון תרמו לגלובליזציה.</w:t>
            </w:r>
          </w:p>
        </w:tc>
        <w:tc>
          <w:tcPr>
            <w:tcW w:type="dxa" w:w="56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מטוסי סילון קיצרו את זמני הנסיעה ← יותר אנשים טסים לעבודה, ללימודים ולתיירות ← נוצרים קשרים עסקיים ותרבותיים בין מדינות ← הכלכלות והתרבויות נעשות תלויות זו בזו יותר.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״הטכנולוגיה מקרבת את כולם״ – הסכימו או התנגדו לטענה ונמקו בעזרת דוגמה של מקום קרוב ומקום רחוק.</w:t>
            </w:r>
          </w:p>
        </w:tc>
        <w:tc>
          <w:tcPr>
            <w:tcW w:type="dxa" w:w="56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אני מסכים רק בחלקו: עיר גדולה עם שדה תעופה ותקשורת מהירה מתקרבת לערים אחרות, אבל כפר מבודד בלי תשתיות נשאר מאחור, ולכן הפער ביניהם אף גדל.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השוו בין שני מחירים של עלייה ברמת המינוע: אחד סביבתי ואחד חברתי.</w:t>
            </w:r>
          </w:p>
        </w:tc>
        <w:tc>
          <w:tcPr>
            <w:tcW w:type="dxa" w:w="56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מחיר סביבתי: זיהום אוויר וסלילת כבישים בשטחים פתוחים. מחיר חברתי: פקקים שגוזלים זמן משפחתי ותאונות דרכים; כמו כן מי שאין לו רכב נשאר תלוי בתחבורה ציבורית שמשתפרת לאט.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🏆 אתגר: ראיינו בן משפחה מבוגר על שלושה תחומים (תקשורת, תחבורה, קניות) ״אז והיום״. ארגנו את הממצאים בטבלה, וכתבו פסקת מסקנה: האם המרחקים בחייו באמת ״התכווצו״? למי זה הועיל ולמי פחות?</w:t>
            </w:r>
          </w:p>
        </w:tc>
        <w:tc>
          <w:tcPr>
            <w:tcW w:type="dxa" w:w="56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טבלה: תקשורת – מכתבים וטלפון ציבורי / הודעות ושיחות וידאו; תחבורה – אוטובוס פעם ביום / רכב פרטי ורכבת; קניות – מכולת שכונתית / הזמנות מכל העולם. מסקנה: זמן ההגעה והתקשורת התקצר מאוד, ולכן העולם ״התכווץ״; הרוויחו מי שמחוברים לתשתיות, אך חנויות שכונתיות נפגעו והפקקים גדלו.</w:t>
            </w:r>
          </w:p>
        </w:tc>
      </w:tr>
    </w:tbl>
    <w:p/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0"/>
          <w:rtl w:val="1"/>
          <w:szCs w:val="20"/>
        </w:rPr>
        <w:t>כרטיס יציאה: ההבדל בין מרחק במרחב למרחק בזמן הוא... · דוגמה למקום שהתקרב ולמקום שנשאר רחוק: ... · שאלה ביקורתית על הכפר הגלובלי: ... — מצופה תשובה קצרה שמשתמשת במושג אחד לפחות.</w:t>
      </w:r>
    </w:p>
    <w:p>
      <w:pPr>
        <w:pStyle w:val="Heading1"/>
        <w:bidi w:val="1"/>
        <w:spacing w:before="200"/>
        <w:jc w:val="right"/>
        <w:shd w:val="clear" w:color="auto" w:fill="f08a24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🧭 מהלך שיעור מוצע (45 דקות)  </w:t>
      </w:r>
    </w:p>
    <w:p>
      <w:pPr>
        <w:bidi w:val="1"/>
        <w:spacing w:after="80"/>
        <w:jc w:val="right"/>
        <w:shd w:val="clear" w:color="auto" w:fill="EEFBF3"/>
      </w:pPr>
      <w:r>
        <w:rPr>
          <w:rFonts w:ascii="Assistant" w:hAnsi="Assistant" w:cs="Assistant"/>
          <w:b w:val="0"/>
          <w:sz w:val="23"/>
          <w:rtl w:val="1"/>
          <w:szCs w:val="23"/>
        </w:rPr>
        <w:t>• פתיחה (5 דק׳): משחק "איש תלוי" על אחד המושגים באתר, על הלוח הכיתתי.</w:t>
      </w:r>
    </w:p>
    <w:p>
      <w:pPr>
        <w:bidi w:val="1"/>
        <w:spacing w:after="80"/>
        <w:jc w:val="right"/>
        <w:shd w:val="clear" w:color="auto" w:fill="EEFBF3"/>
      </w:pPr>
      <w:r>
        <w:rPr>
          <w:rFonts w:ascii="Assistant" w:hAnsi="Assistant" w:cs="Assistant"/>
          <w:b w:val="0"/>
          <w:sz w:val="23"/>
          <w:rtl w:val="1"/>
          <w:szCs w:val="23"/>
        </w:rPr>
        <w:t>• מושגים וקריאה (15 דק׳): כל תלמיד/ה בחוברת ברמה המתאימה; קוראים בזוגות ומסמנים מושגים.</w:t>
      </w:r>
    </w:p>
    <w:p>
      <w:pPr>
        <w:bidi w:val="1"/>
        <w:spacing w:after="80"/>
        <w:jc w:val="right"/>
        <w:shd w:val="clear" w:color="auto" w:fill="EEFBF3"/>
      </w:pPr>
      <w:r>
        <w:rPr>
          <w:rFonts w:ascii="Assistant" w:hAnsi="Assistant" w:cs="Assistant"/>
          <w:b w:val="0"/>
          <w:sz w:val="23"/>
          <w:rtl w:val="1"/>
          <w:szCs w:val="23"/>
        </w:rPr>
        <w:t>• חלקים א׳–ב׳ (12 דק׳): עבודה עצמית ובדיקה בזוגות.</w:t>
      </w:r>
    </w:p>
    <w:p>
      <w:pPr>
        <w:bidi w:val="1"/>
        <w:spacing w:after="80"/>
        <w:jc w:val="right"/>
        <w:shd w:val="clear" w:color="auto" w:fill="EEFBF3"/>
      </w:pPr>
      <w:r>
        <w:rPr>
          <w:rFonts w:ascii="Assistant" w:hAnsi="Assistant" w:cs="Assistant"/>
          <w:b w:val="0"/>
          <w:sz w:val="23"/>
          <w:rtl w:val="1"/>
          <w:szCs w:val="23"/>
        </w:rPr>
        <w:t>• חלק ג׳ או "חידון מהיר" (10 דק׳): שיחה על שאלה פתוחה, או חידון כיתתי בקבוצות.</w:t>
      </w:r>
    </w:p>
    <w:p>
      <w:pPr>
        <w:bidi w:val="1"/>
        <w:spacing w:after="80"/>
        <w:jc w:val="right"/>
        <w:shd w:val="clear" w:color="auto" w:fill="EEFBF3"/>
      </w:pPr>
      <w:r>
        <w:rPr>
          <w:rFonts w:ascii="Assistant" w:hAnsi="Assistant" w:cs="Assistant"/>
          <w:b w:val="0"/>
          <w:sz w:val="23"/>
          <w:rtl w:val="1"/>
          <w:szCs w:val="23"/>
        </w:rPr>
        <w:t>• סיום (3 דק׳): כרטיס יציאה ✂.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בידול: 🌱 משפטים קצרים, מחסן מילים ומשפטי פתיחה · 🚀 קטע ארוך יותר ושלוש שאלות חשיבה · 🏆 קטע עשיר, השלמה בלי מחסן מילים ואתגר חוקרים. כל הרמות עובדות על אותם מושגים.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משחקים לשיעור: חידון מהיר (גם במצב לוח כיתתי), איש תלוי, טריוויה ב־3 רמות, התאמת מושגים, זיכרון ומרוץ נכון/לא נכון – https://geo-z-chovrot-tiny.sites.tab.bot/</w:t>
      </w:r>
    </w:p>
    <w:p>
      <w:pPr>
        <w:pStyle w:val="Heading1"/>
        <w:bidi w:val="1"/>
        <w:spacing w:before="200"/>
        <w:jc w:val="right"/>
        <w:shd w:val="clear" w:color="auto" w:fill="E0475B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🔎 לוודא לפני השיעור  </w:t>
      </w:r>
    </w:p>
    <w:p>
      <w:pPr>
        <w:bidi w:val="1"/>
        <w:spacing w:after="80"/>
        <w:jc w:val="right"/>
        <w:shd w:val="clear" w:color="auto" w:fill="FFF1F3"/>
      </w:pPr>
      <w:r>
        <w:rPr>
          <w:rFonts w:ascii="Assistant" w:hAnsi="Assistant" w:cs="Assistant"/>
          <w:b w:val="0"/>
          <w:sz w:val="23"/>
          <w:rtl w:val="1"/>
          <w:szCs w:val="23"/>
        </w:rPr>
        <w:t>• מועד הנחת הכבל הטרנס-אטלנטי הראשון לטלגרף (אמצע המאה ה-19, 1858?)</w:t>
      </w:r>
    </w:p>
    <w:p>
      <w:pPr>
        <w:bidi w:val="1"/>
        <w:spacing w:after="80"/>
        <w:jc w:val="right"/>
        <w:shd w:val="clear" w:color="auto" w:fill="FFF1F3"/>
      </w:pPr>
      <w:r>
        <w:rPr>
          <w:rFonts w:ascii="Assistant" w:hAnsi="Assistant" w:cs="Assistant"/>
          <w:b w:val="0"/>
          <w:sz w:val="23"/>
          <w:rtl w:val="1"/>
          <w:szCs w:val="23"/>
        </w:rPr>
        <w:t>• משך המסע הראשון סביב העולם (כשלוש שנים, 1519–1522)</w:t>
      </w:r>
    </w:p>
    <w:p>
      <w:pPr>
        <w:bidi w:val="1"/>
        <w:spacing w:after="80"/>
        <w:jc w:val="right"/>
        <w:shd w:val="clear" w:color="auto" w:fill="FFF1F3"/>
      </w:pPr>
      <w:r>
        <w:rPr>
          <w:rFonts w:ascii="Assistant" w:hAnsi="Assistant" w:cs="Assistant"/>
          <w:b w:val="0"/>
          <w:sz w:val="23"/>
          <w:rtl w:val="1"/>
          <w:szCs w:val="23"/>
        </w:rPr>
        <w:t>• אוכלוסיית העולם מעל 8,000,000,000</w:t>
      </w:r>
    </w:p>
    <w:p>
      <w:pPr>
        <w:bidi w:val="1"/>
        <w:spacing w:after="80"/>
        <w:jc w:val="right"/>
        <w:shd w:val="clear" w:color="auto" w:fill="FFF1F3"/>
      </w:pPr>
      <w:r>
        <w:rPr>
          <w:rFonts w:ascii="Assistant" w:hAnsi="Assistant" w:cs="Assistant"/>
          <w:b w:val="0"/>
          <w:sz w:val="23"/>
          <w:rtl w:val="1"/>
          <w:szCs w:val="23"/>
        </w:rPr>
        <w:t>• מהירות רכבות מהירות – יותר מ-300 קמ״ש</w:t>
      </w:r>
    </w:p>
    <w:p>
      <w:pPr>
        <w:bidi w:val="1"/>
        <w:spacing w:after="80"/>
        <w:jc w:val="right"/>
        <w:shd w:val="clear" w:color="auto" w:fill="FFF1F3"/>
      </w:pPr>
      <w:r>
        <w:rPr>
          <w:rFonts w:ascii="Assistant" w:hAnsi="Assistant" w:cs="Assistant"/>
          <w:b w:val="0"/>
          <w:sz w:val="23"/>
          <w:rtl w:val="1"/>
          <w:szCs w:val="23"/>
        </w:rPr>
        <w:t>• הטלפון הומצא לפני כ-150 שנה (1876)</w:t>
      </w:r>
    </w:p>
    <w:p>
      <w:pPr>
        <w:bidi w:val="1"/>
        <w:spacing w:after="80"/>
        <w:jc w:val="right"/>
        <w:shd w:val="clear" w:color="auto" w:fill="FFF1F3"/>
      </w:pPr>
      <w:r>
        <w:rPr>
          <w:rFonts w:ascii="Assistant" w:hAnsi="Assistant" w:cs="Assistant"/>
          <w:b w:val="0"/>
          <w:sz w:val="23"/>
          <w:rtl w:val="1"/>
          <w:szCs w:val="23"/>
        </w:rPr>
        <w:t>• רכבות קיטור לפני כמאתיים שנה (1825)</w:t>
      </w:r>
    </w:p>
    <w:p>
      <w:pPr>
        <w:bidi w:val="1"/>
        <w:spacing w:after="80"/>
        <w:jc w:val="right"/>
        <w:shd w:val="clear" w:color="auto" w:fill="FFF1F3"/>
      </w:pPr>
      <w:r>
        <w:rPr>
          <w:rFonts w:ascii="Assistant" w:hAnsi="Assistant" w:cs="Assistant"/>
          <w:b w:val="0"/>
          <w:sz w:val="23"/>
          <w:rtl w:val="1"/>
          <w:szCs w:val="23"/>
        </w:rPr>
        <w:t>• מספר המטוסים באוויר בו-זמנית בשעות עומס (אלפים רבים)</w:t>
      </w:r>
    </w:p>
    <w:sectPr w:rsidR="00FC693F" w:rsidRPr="0006063C" w:rsidSect="00034616">
      <w:footerReference w:type="default" r:id="rId9"/>
      <w:pgSz w:w="11906" w:h="16838"/>
      <w:pgMar w:top="850" w:right="964" w:bottom="850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rPr>
        <w:rFonts w:ascii="Assistant" w:hAnsi="Assistant" w:cs="Assistant"/>
        <w:b w:val="0"/>
        <w:color w:val="777777"/>
        <w:sz w:val="18"/>
        <w:rtl w:val="1"/>
        <w:szCs w:val="18"/>
      </w:rPr>
      <w:t>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ssistant" w:hAnsi="Assistant" w:cs="Assistant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העולם משתנה – מהדורה למורה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