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f08a24"/>
      </w:pPr>
      <w:r>
        <w:rPr>
          <w:rFonts w:ascii="Assistant" w:hAnsi="Assistant" w:cs="Assistant"/>
          <w:b w:val="0"/>
          <w:color w:val="FFFFFF"/>
          <w:sz w:val="20"/>
          <w:rtl w:val="1"/>
          <w:szCs w:val="20"/>
        </w:rPr>
        <w:t>כפר עולמי · יחידה 1: החיים בעולם משתנה · חוברת קטנה</w:t>
      </w:r>
    </w:p>
    <w:p>
      <w:pPr>
        <w:pStyle w:val="Title"/>
        <w:bidi w:val="1"/>
        <w:jc w:val="right"/>
        <w:shd w:val="clear" w:color="auto" w:fill="f08a24"/>
      </w:pPr>
      <w:r>
        <w:rPr>
          <w:rFonts w:ascii="Assistant" w:hAnsi="Assistant" w:cs="Assistant"/>
          <w:b/>
          <w:color w:val="FFFFFF"/>
          <w:sz w:val="52"/>
          <w:rtl w:val="1"/>
          <w:bCs/>
          <w:szCs w:val="52"/>
        </w:rPr>
        <w:t xml:space="preserve">  העולם משתנה</w:t>
      </w:r>
    </w:p>
    <w:p>
      <w:pPr>
        <w:bidi w:val="1"/>
        <w:spacing w:after="80"/>
        <w:jc w:val="right"/>
        <w:shd w:val="clear" w:color="auto" w:fill="1f9d55"/>
      </w:pPr>
      <w:r>
        <w:rPr>
          <w:rFonts w:ascii="Assistant" w:hAnsi="Assistant" w:cs="Assistant"/>
          <w:b/>
          <w:color w:val="FFFFFF"/>
          <w:sz w:val="26"/>
          <w:rtl w:val="1"/>
          <w:bCs/>
          <w:szCs w:val="26"/>
        </w:rPr>
        <w:t xml:space="preserve">  חוברת תלמיד · 🌱 בסיסי</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world-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F08A24"/>
          <w:sz w:val="28"/>
          <w:rtl w:val="1"/>
          <w:bCs/>
          <w:szCs w:val="28"/>
        </w:rPr>
        <w:t>פעם מכתב הפליג חודשים – היום הודעה מגיעה בשנייה. מה קרה לעולם?</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f08a24"/>
      </w:pPr>
      <w:r>
        <w:rPr>
          <w:rFonts w:ascii="Assistant" w:hAnsi="Assistant" w:cs="Assistant"/>
          <w:b/>
          <w:color w:val="FFFFFF"/>
          <w:sz w:val="30"/>
          <w:rtl w:val="1"/>
          <w:bCs/>
          <w:szCs w:val="30"/>
        </w:rPr>
        <w:t xml:space="preserve">  🔑 מושגי מפתח  </w:t>
      </w:r>
    </w:p>
    <w:p>
      <w:pPr>
        <w:bidi w:val="1"/>
        <w:spacing w:after="80"/>
        <w:jc w:val="right"/>
        <w:shd w:val="clear" w:color="auto" w:fill="e6f7ed"/>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e6f7ed"/>
          </w:tcPr>
          <w:p>
            <w:pPr>
              <w:bidi w:val="1"/>
              <w:jc w:val="right"/>
            </w:pPr>
            <w:r/>
            <w:r>
              <w:rPr>
                <w:rFonts w:ascii="Assistant" w:hAnsi="Assistant" w:cs="Assistant"/>
                <w:b/>
                <w:sz w:val="21"/>
                <w:rtl w:val="1"/>
                <w:bCs/>
                <w:szCs w:val="21"/>
              </w:rPr>
              <w:t>מושג</w:t>
            </w:r>
          </w:p>
        </w:tc>
        <w:tc>
          <w:tcPr>
            <w:tcW w:type="dxa" w:w="5102"/>
            <w:shd w:val="clear" w:color="auto" w:fill="e6f7ed"/>
          </w:tcPr>
          <w:p>
            <w:pPr>
              <w:bidi w:val="1"/>
              <w:jc w:val="right"/>
            </w:pPr>
            <w:r/>
            <w:r>
              <w:rPr>
                <w:rFonts w:ascii="Assistant" w:hAnsi="Assistant" w:cs="Assistant"/>
                <w:b/>
                <w:sz w:val="21"/>
                <w:rtl w:val="1"/>
                <w:bCs/>
                <w:szCs w:val="21"/>
              </w:rPr>
              <w:t>הסבר</w:t>
            </w:r>
          </w:p>
        </w:tc>
        <w:tc>
          <w:tcPr>
            <w:tcW w:type="dxa" w:w="2835"/>
            <w:shd w:val="clear" w:color="auto" w:fill="e6f7ed"/>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תמורה</w:t>
            </w:r>
          </w:p>
        </w:tc>
        <w:tc>
          <w:tcPr>
            <w:tcW w:type="dxa" w:w="5102"/>
          </w:tcPr>
          <w:p>
            <w:pPr>
              <w:bidi w:val="1"/>
              <w:jc w:val="right"/>
            </w:pPr>
            <w:r/>
            <w:r>
              <w:rPr>
                <w:rFonts w:ascii="Assistant" w:hAnsi="Assistant" w:cs="Assistant"/>
                <w:b w:val="0"/>
                <w:sz w:val="21"/>
                <w:rtl w:val="1"/>
                <w:szCs w:val="21"/>
              </w:rPr>
              <w:t>שינוי גדול שקורה לאט, לאורך הרבה זמן.</w:t>
            </w:r>
          </w:p>
        </w:tc>
        <w:tc>
          <w:tcPr>
            <w:tcW w:type="dxa" w:w="2835"/>
          </w:tcPr>
          <w:p>
            <w:pPr>
              <w:bidi w:val="1"/>
              <w:jc w:val="right"/>
            </w:pPr>
            <w:r/>
            <w:r>
              <w:rPr>
                <w:rFonts w:ascii="Assistant" w:hAnsi="Assistant" w:cs="Assistant"/>
                <w:b w:val="0"/>
                <w:sz w:val="21"/>
                <w:rtl w:val="1"/>
                <w:szCs w:val="21"/>
              </w:rPr>
              <w:t>מעבר ממכתבים בדואר להודעות בטלפון</w:t>
            </w:r>
          </w:p>
        </w:tc>
      </w:tr>
      <w:tr>
        <w:tc>
          <w:tcPr>
            <w:tcW w:type="dxa" w:w="1984"/>
          </w:tcPr>
          <w:p>
            <w:pPr>
              <w:bidi w:val="1"/>
              <w:jc w:val="right"/>
            </w:pPr>
            <w:r/>
            <w:r>
              <w:rPr>
                <w:rFonts w:ascii="Assistant" w:hAnsi="Assistant" w:cs="Assistant"/>
                <w:b w:val="0"/>
                <w:sz w:val="21"/>
                <w:rtl w:val="1"/>
                <w:szCs w:val="21"/>
              </w:rPr>
              <w:t>כפר גלובלי</w:t>
            </w:r>
          </w:p>
        </w:tc>
        <w:tc>
          <w:tcPr>
            <w:tcW w:type="dxa" w:w="5102"/>
          </w:tcPr>
          <w:p>
            <w:pPr>
              <w:bidi w:val="1"/>
              <w:jc w:val="right"/>
            </w:pPr>
            <w:r/>
            <w:r>
              <w:rPr>
                <w:rFonts w:ascii="Assistant" w:hAnsi="Assistant" w:cs="Assistant"/>
                <w:b w:val="0"/>
                <w:sz w:val="21"/>
                <w:rtl w:val="1"/>
                <w:szCs w:val="21"/>
              </w:rPr>
              <w:t>העולם כולו מרגיש כמו כפר אחד קטן.</w:t>
            </w:r>
          </w:p>
        </w:tc>
        <w:tc>
          <w:tcPr>
            <w:tcW w:type="dxa" w:w="2835"/>
          </w:tcPr>
          <w:p>
            <w:pPr>
              <w:bidi w:val="1"/>
              <w:jc w:val="right"/>
            </w:pPr>
            <w:r/>
            <w:r>
              <w:rPr>
                <w:rFonts w:ascii="Assistant" w:hAnsi="Assistant" w:cs="Assistant"/>
                <w:b w:val="0"/>
                <w:sz w:val="21"/>
                <w:rtl w:val="1"/>
                <w:szCs w:val="21"/>
              </w:rPr>
              <w:t>שיר חדש מושמע באותו יום בכל היבשות</w:t>
            </w:r>
          </w:p>
        </w:tc>
      </w:tr>
      <w:tr>
        <w:tc>
          <w:tcPr>
            <w:tcW w:type="dxa" w:w="1984"/>
          </w:tcPr>
          <w:p>
            <w:pPr>
              <w:bidi w:val="1"/>
              <w:jc w:val="right"/>
            </w:pPr>
            <w:r/>
            <w:r>
              <w:rPr>
                <w:rFonts w:ascii="Assistant" w:hAnsi="Assistant" w:cs="Assistant"/>
                <w:b w:val="0"/>
                <w:sz w:val="21"/>
                <w:rtl w:val="1"/>
                <w:szCs w:val="21"/>
              </w:rPr>
              <w:t>גלובליזציה</w:t>
            </w:r>
          </w:p>
        </w:tc>
        <w:tc>
          <w:tcPr>
            <w:tcW w:type="dxa" w:w="5102"/>
          </w:tcPr>
          <w:p>
            <w:pPr>
              <w:bidi w:val="1"/>
              <w:jc w:val="right"/>
            </w:pPr>
            <w:r/>
            <w:r>
              <w:rPr>
                <w:rFonts w:ascii="Assistant" w:hAnsi="Assistant" w:cs="Assistant"/>
                <w:b w:val="0"/>
                <w:sz w:val="21"/>
                <w:rtl w:val="1"/>
                <w:szCs w:val="21"/>
              </w:rPr>
              <w:t>מדינות העולם מתחברות ותלויות זו בזו.</w:t>
            </w:r>
          </w:p>
        </w:tc>
        <w:tc>
          <w:tcPr>
            <w:tcW w:type="dxa" w:w="2835"/>
          </w:tcPr>
          <w:p>
            <w:pPr>
              <w:bidi w:val="1"/>
              <w:jc w:val="right"/>
            </w:pPr>
            <w:r/>
            <w:r>
              <w:rPr>
                <w:rFonts w:ascii="Assistant" w:hAnsi="Assistant" w:cs="Assistant"/>
                <w:b w:val="0"/>
                <w:sz w:val="21"/>
                <w:rtl w:val="1"/>
                <w:szCs w:val="21"/>
              </w:rPr>
              <w:t>טלפון שחלקיו יוצרו בכמה מדינות שונות</w:t>
            </w:r>
          </w:p>
        </w:tc>
      </w:tr>
      <w:tr>
        <w:tc>
          <w:tcPr>
            <w:tcW w:type="dxa" w:w="1984"/>
          </w:tcPr>
          <w:p>
            <w:pPr>
              <w:bidi w:val="1"/>
              <w:jc w:val="right"/>
            </w:pPr>
            <w:r/>
            <w:r>
              <w:rPr>
                <w:rFonts w:ascii="Assistant" w:hAnsi="Assistant" w:cs="Assistant"/>
                <w:b w:val="0"/>
                <w:sz w:val="21"/>
                <w:rtl w:val="1"/>
                <w:szCs w:val="21"/>
              </w:rPr>
              <w:t>מהפכת התקשורת</w:t>
            </w:r>
          </w:p>
        </w:tc>
        <w:tc>
          <w:tcPr>
            <w:tcW w:type="dxa" w:w="5102"/>
          </w:tcPr>
          <w:p>
            <w:pPr>
              <w:bidi w:val="1"/>
              <w:jc w:val="right"/>
            </w:pPr>
            <w:r/>
            <w:r>
              <w:rPr>
                <w:rFonts w:ascii="Assistant" w:hAnsi="Assistant" w:cs="Assistant"/>
                <w:b w:val="0"/>
                <w:sz w:val="21"/>
                <w:rtl w:val="1"/>
                <w:szCs w:val="21"/>
              </w:rPr>
              <w:t>היום אפשר לשלוח מידע לכל מקום מהר מאוד.</w:t>
            </w:r>
          </w:p>
        </w:tc>
        <w:tc>
          <w:tcPr>
            <w:tcW w:type="dxa" w:w="2835"/>
          </w:tcPr>
          <w:p>
            <w:pPr>
              <w:bidi w:val="1"/>
              <w:jc w:val="right"/>
            </w:pPr>
            <w:r/>
            <w:r>
              <w:rPr>
                <w:rFonts w:ascii="Assistant" w:hAnsi="Assistant" w:cs="Assistant"/>
                <w:b w:val="0"/>
                <w:sz w:val="21"/>
                <w:rtl w:val="1"/>
                <w:szCs w:val="21"/>
              </w:rPr>
              <w:t>שיחת וידאו עם קרובים בצד השני של העולם</w:t>
            </w:r>
          </w:p>
        </w:tc>
      </w:tr>
      <w:tr>
        <w:tc>
          <w:tcPr>
            <w:tcW w:type="dxa" w:w="1984"/>
          </w:tcPr>
          <w:p>
            <w:pPr>
              <w:bidi w:val="1"/>
              <w:jc w:val="right"/>
            </w:pPr>
            <w:r/>
            <w:r>
              <w:rPr>
                <w:rFonts w:ascii="Assistant" w:hAnsi="Assistant" w:cs="Assistant"/>
                <w:b w:val="0"/>
                <w:sz w:val="21"/>
                <w:rtl w:val="1"/>
                <w:szCs w:val="21"/>
              </w:rPr>
              <w:t>מהפכת התחבורה</w:t>
            </w:r>
          </w:p>
        </w:tc>
        <w:tc>
          <w:tcPr>
            <w:tcW w:type="dxa" w:w="5102"/>
          </w:tcPr>
          <w:p>
            <w:pPr>
              <w:bidi w:val="1"/>
              <w:jc w:val="right"/>
            </w:pPr>
            <w:r/>
            <w:r>
              <w:rPr>
                <w:rFonts w:ascii="Assistant" w:hAnsi="Assistant" w:cs="Assistant"/>
                <w:b w:val="0"/>
                <w:sz w:val="21"/>
                <w:rtl w:val="1"/>
                <w:szCs w:val="21"/>
              </w:rPr>
              <w:t>כלי תחבורה מהירים קיצרו את זמן הנסיעה.</w:t>
            </w:r>
          </w:p>
        </w:tc>
        <w:tc>
          <w:tcPr>
            <w:tcW w:type="dxa" w:w="2835"/>
          </w:tcPr>
          <w:p>
            <w:pPr>
              <w:bidi w:val="1"/>
              <w:jc w:val="right"/>
            </w:pPr>
            <w:r/>
            <w:r>
              <w:rPr>
                <w:rFonts w:ascii="Assistant" w:hAnsi="Assistant" w:cs="Assistant"/>
                <w:b w:val="0"/>
                <w:sz w:val="21"/>
                <w:rtl w:val="1"/>
                <w:szCs w:val="21"/>
              </w:rPr>
              <w:t>טיסה של שעות במקום הפלגה של שבועות</w:t>
            </w:r>
          </w:p>
        </w:tc>
      </w:tr>
      <w:tr>
        <w:tc>
          <w:tcPr>
            <w:tcW w:type="dxa" w:w="1984"/>
          </w:tcPr>
          <w:p>
            <w:pPr>
              <w:bidi w:val="1"/>
              <w:jc w:val="right"/>
            </w:pPr>
            <w:r/>
            <w:r>
              <w:rPr>
                <w:rFonts w:ascii="Assistant" w:hAnsi="Assistant" w:cs="Assistant"/>
                <w:b w:val="0"/>
                <w:sz w:val="21"/>
                <w:rtl w:val="1"/>
                <w:szCs w:val="21"/>
              </w:rPr>
              <w:t>התכווצות העולם</w:t>
            </w:r>
          </w:p>
        </w:tc>
        <w:tc>
          <w:tcPr>
            <w:tcW w:type="dxa" w:w="5102"/>
          </w:tcPr>
          <w:p>
            <w:pPr>
              <w:bidi w:val="1"/>
              <w:jc w:val="right"/>
            </w:pPr>
            <w:r/>
            <w:r>
              <w:rPr>
                <w:rFonts w:ascii="Assistant" w:hAnsi="Assistant" w:cs="Assistant"/>
                <w:b w:val="0"/>
                <w:sz w:val="21"/>
                <w:rtl w:val="1"/>
                <w:szCs w:val="21"/>
              </w:rPr>
              <w:t>נדמה שהעולם קטן, כי מגיעים מהר יותר.</w:t>
            </w:r>
          </w:p>
        </w:tc>
        <w:tc>
          <w:tcPr>
            <w:tcW w:type="dxa" w:w="2835"/>
          </w:tcPr>
          <w:p>
            <w:pPr>
              <w:bidi w:val="1"/>
              <w:jc w:val="right"/>
            </w:pPr>
            <w:r/>
            <w:r>
              <w:rPr>
                <w:rFonts w:ascii="Assistant" w:hAnsi="Assistant" w:cs="Assistant"/>
                <w:b w:val="0"/>
                <w:sz w:val="21"/>
                <w:rtl w:val="1"/>
                <w:szCs w:val="21"/>
              </w:rPr>
              <w:t>נסיעה שלקחה יום נמשכת היום שעה</w:t>
            </w:r>
          </w:p>
        </w:tc>
      </w:tr>
      <w:tr>
        <w:tc>
          <w:tcPr>
            <w:tcW w:type="dxa" w:w="1984"/>
          </w:tcPr>
          <w:p>
            <w:pPr>
              <w:bidi w:val="1"/>
              <w:jc w:val="right"/>
            </w:pPr>
            <w:r/>
            <w:r>
              <w:rPr>
                <w:rFonts w:ascii="Assistant" w:hAnsi="Assistant" w:cs="Assistant"/>
                <w:b w:val="0"/>
                <w:sz w:val="21"/>
                <w:rtl w:val="1"/>
                <w:szCs w:val="21"/>
              </w:rPr>
              <w:t>ניידות</w:t>
            </w:r>
          </w:p>
        </w:tc>
        <w:tc>
          <w:tcPr>
            <w:tcW w:type="dxa" w:w="5102"/>
          </w:tcPr>
          <w:p>
            <w:pPr>
              <w:bidi w:val="1"/>
              <w:jc w:val="right"/>
            </w:pPr>
            <w:r/>
            <w:r>
              <w:rPr>
                <w:rFonts w:ascii="Assistant" w:hAnsi="Assistant" w:cs="Assistant"/>
                <w:b w:val="0"/>
                <w:sz w:val="21"/>
                <w:rtl w:val="1"/>
                <w:szCs w:val="21"/>
              </w:rPr>
              <w:t>היכולת לזוז ממקום למקום.</w:t>
            </w:r>
          </w:p>
        </w:tc>
        <w:tc>
          <w:tcPr>
            <w:tcW w:type="dxa" w:w="2835"/>
          </w:tcPr>
          <w:p>
            <w:pPr>
              <w:bidi w:val="1"/>
              <w:jc w:val="right"/>
            </w:pPr>
            <w:r/>
            <w:r>
              <w:rPr>
                <w:rFonts w:ascii="Assistant" w:hAnsi="Assistant" w:cs="Assistant"/>
                <w:b w:val="0"/>
                <w:sz w:val="21"/>
                <w:rtl w:val="1"/>
                <w:szCs w:val="21"/>
              </w:rPr>
              <w:t>משפחה שעוברת לגור בעיר אחרת</w:t>
            </w:r>
          </w:p>
        </w:tc>
      </w:tr>
      <w:tr>
        <w:tc>
          <w:tcPr>
            <w:tcW w:type="dxa" w:w="1984"/>
          </w:tcPr>
          <w:p>
            <w:pPr>
              <w:bidi w:val="1"/>
              <w:jc w:val="right"/>
            </w:pPr>
            <w:r/>
            <w:r>
              <w:rPr>
                <w:rFonts w:ascii="Assistant" w:hAnsi="Assistant" w:cs="Assistant"/>
                <w:b w:val="0"/>
                <w:sz w:val="21"/>
                <w:rtl w:val="1"/>
                <w:szCs w:val="21"/>
              </w:rPr>
              <w:t>רמת מינוע</w:t>
            </w:r>
          </w:p>
        </w:tc>
        <w:tc>
          <w:tcPr>
            <w:tcW w:type="dxa" w:w="5102"/>
          </w:tcPr>
          <w:p>
            <w:pPr>
              <w:bidi w:val="1"/>
              <w:jc w:val="right"/>
            </w:pPr>
            <w:r/>
            <w:r>
              <w:rPr>
                <w:rFonts w:ascii="Assistant" w:hAnsi="Assistant" w:cs="Assistant"/>
                <w:b w:val="0"/>
                <w:sz w:val="21"/>
                <w:rtl w:val="1"/>
                <w:szCs w:val="21"/>
              </w:rPr>
              <w:t>כמה מכוניות יש לכל אנשים במקום.</w:t>
            </w:r>
          </w:p>
        </w:tc>
        <w:tc>
          <w:tcPr>
            <w:tcW w:type="dxa" w:w="2835"/>
          </w:tcPr>
          <w:p>
            <w:pPr>
              <w:bidi w:val="1"/>
              <w:jc w:val="right"/>
            </w:pPr>
            <w:r/>
            <w:r>
              <w:rPr>
                <w:rFonts w:ascii="Assistant" w:hAnsi="Assistant" w:cs="Assistant"/>
                <w:b w:val="0"/>
                <w:sz w:val="21"/>
                <w:rtl w:val="1"/>
                <w:szCs w:val="21"/>
              </w:rPr>
              <w:t>יותר משפחות עם שתי מכוניות</w:t>
            </w:r>
          </w:p>
        </w:tc>
      </w:tr>
    </w:tbl>
    <w:p/>
    <w:p>
      <w:pPr>
        <w:pStyle w:val="Heading1"/>
        <w:bidi w:val="1"/>
        <w:spacing w:before="200"/>
        <w:jc w:val="right"/>
        <w:shd w:val="clear" w:color="auto" w:fill="f08a24"/>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F08A24"/>
          <w:sz w:val="26"/>
          <w:rtl w:val="1"/>
          <w:bCs/>
          <w:szCs w:val="26"/>
        </w:rPr>
        <w:t>העולם מתקרב אלינו</w:t>
      </w:r>
    </w:p>
    <w:p>
      <w:pPr>
        <w:bidi w:val="1"/>
        <w:spacing w:after="120"/>
        <w:jc w:val="right"/>
      </w:pPr>
      <w:r>
        <w:rPr>
          <w:rFonts w:ascii="Assistant" w:hAnsi="Assistant" w:cs="Assistant"/>
          <w:b w:val="0"/>
          <w:sz w:val="23"/>
          <w:rtl w:val="1"/>
          <w:szCs w:val="23"/>
        </w:rPr>
        <w:t>פעם אנשים שלחו מכתבים באונייה. המכתב הפליג הרבה זמן. התשובה הגיעה אחרי שבועות. היום שולחים הודעה בטלפון, והתשובה מגיעה בתוך שנייה.</w:t>
      </w:r>
    </w:p>
    <w:p>
      <w:pPr>
        <w:bidi w:val="1"/>
        <w:spacing w:after="120"/>
        <w:jc w:val="right"/>
      </w:pPr>
      <w:r>
        <w:rPr>
          <w:rFonts w:ascii="Assistant" w:hAnsi="Assistant" w:cs="Assistant"/>
          <w:b w:val="0"/>
          <w:sz w:val="23"/>
          <w:rtl w:val="1"/>
          <w:szCs w:val="23"/>
        </w:rPr>
        <w:t>גם הנסיעות השתנו. פעם נסעו ברגל, על סוס או בעגלה. היום יש מטוסים ורכבות מהירות. אפשר לטוס לצד השני של העולם ביום אחד.</w:t>
      </w:r>
    </w:p>
    <w:p>
      <w:pPr>
        <w:bidi w:val="1"/>
        <w:spacing w:after="120"/>
        <w:jc w:val="right"/>
      </w:pPr>
      <w:r>
        <w:rPr>
          <w:rFonts w:ascii="Assistant" w:hAnsi="Assistant" w:cs="Assistant"/>
          <w:b w:val="0"/>
          <w:sz w:val="23"/>
          <w:rtl w:val="1"/>
          <w:szCs w:val="23"/>
        </w:rPr>
        <w:t>בגלל זה נדמה שהעולם נעשה קטן. אומרים שהעולם הוא כמו כפר אחד. אבל לכל שינוי יש גם צד פחות טוב. יותר מכוניות עוזרות לנו לנסוע, אבל גורמות גם לפקקים ולזיהום אוויר.</w:t>
      </w:r>
    </w:p>
    <w:p>
      <w:pPr>
        <w:pStyle w:val="Heading1"/>
        <w:bidi w:val="1"/>
        <w:spacing w:before="200"/>
        <w:jc w:val="right"/>
        <w:shd w:val="clear" w:color="auto" w:fill="1f9d55"/>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e6f7ed"/>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e6f7ed"/>
          </w:tcPr>
          <w:p>
            <w:pPr>
              <w:bidi w:val="1"/>
              <w:jc w:val="right"/>
            </w:pPr>
            <w:r/>
            <w:r>
              <w:rPr>
                <w:rFonts w:ascii="Assistant" w:hAnsi="Assistant" w:cs="Assistant"/>
                <w:b/>
                <w:sz w:val="21"/>
                <w:rtl w:val="1"/>
                <w:bCs/>
                <w:szCs w:val="21"/>
              </w:rPr>
              <w:t>מושג</w:t>
            </w:r>
          </w:p>
        </w:tc>
        <w:tc>
          <w:tcPr>
            <w:tcW w:type="dxa" w:w="850"/>
            <w:shd w:val="clear" w:color="auto" w:fill="e6f7ed"/>
          </w:tcPr>
          <w:p>
            <w:pPr>
              <w:bidi w:val="1"/>
              <w:jc w:val="right"/>
            </w:pPr>
            <w:r/>
            <w:r>
              <w:rPr>
                <w:rFonts w:ascii="Assistant" w:hAnsi="Assistant" w:cs="Assistant"/>
                <w:b/>
                <w:sz w:val="21"/>
                <w:rtl w:val="1"/>
                <w:bCs/>
                <w:szCs w:val="21"/>
              </w:rPr>
              <w:t>אות</w:t>
            </w:r>
          </w:p>
        </w:tc>
        <w:tc>
          <w:tcPr>
            <w:tcW w:type="dxa" w:w="6803"/>
            <w:shd w:val="clear" w:color="auto" w:fill="e6f7ed"/>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תמורה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העולם כולו מרגיש כמו כפר אחד קטן.</w:t>
            </w:r>
          </w:p>
        </w:tc>
      </w:tr>
      <w:tr>
        <w:tc>
          <w:tcPr>
            <w:tcW w:type="dxa" w:w="2268"/>
          </w:tcPr>
          <w:p>
            <w:pPr>
              <w:bidi w:val="1"/>
              <w:jc w:val="right"/>
            </w:pPr>
            <w:r/>
            <w:r>
              <w:rPr>
                <w:rFonts w:ascii="Assistant" w:hAnsi="Assistant" w:cs="Assistant"/>
                <w:b w:val="0"/>
                <w:sz w:val="21"/>
                <w:rtl w:val="1"/>
                <w:szCs w:val="21"/>
              </w:rPr>
              <w:t>2. כפר גלובלי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היום אפשר לשלוח מידע לכל מקום מהר מאוד.</w:t>
            </w:r>
          </w:p>
        </w:tc>
      </w:tr>
      <w:tr>
        <w:tc>
          <w:tcPr>
            <w:tcW w:type="dxa" w:w="2268"/>
          </w:tcPr>
          <w:p>
            <w:pPr>
              <w:bidi w:val="1"/>
              <w:jc w:val="right"/>
            </w:pPr>
            <w:r/>
            <w:r>
              <w:rPr>
                <w:rFonts w:ascii="Assistant" w:hAnsi="Assistant" w:cs="Assistant"/>
                <w:b w:val="0"/>
                <w:sz w:val="21"/>
                <w:rtl w:val="1"/>
                <w:szCs w:val="21"/>
              </w:rPr>
              <w:t>3. גלובליזציה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מדינות העולם מתחברות ותלויות זו בזו.</w:t>
            </w:r>
          </w:p>
        </w:tc>
      </w:tr>
      <w:tr>
        <w:tc>
          <w:tcPr>
            <w:tcW w:type="dxa" w:w="2268"/>
          </w:tcPr>
          <w:p>
            <w:pPr>
              <w:bidi w:val="1"/>
              <w:jc w:val="right"/>
            </w:pPr>
            <w:r/>
            <w:r>
              <w:rPr>
                <w:rFonts w:ascii="Assistant" w:hAnsi="Assistant" w:cs="Assistant"/>
                <w:b w:val="0"/>
                <w:sz w:val="21"/>
                <w:rtl w:val="1"/>
                <w:szCs w:val="21"/>
              </w:rPr>
              <w:t>4. מהפכת התקשורת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כלי תחבורה מהירים קיצרו את זמן הנסיעה.</w:t>
            </w:r>
          </w:p>
        </w:tc>
      </w:tr>
      <w:tr>
        <w:tc>
          <w:tcPr>
            <w:tcW w:type="dxa" w:w="2268"/>
          </w:tcPr>
          <w:p>
            <w:pPr>
              <w:bidi w:val="1"/>
              <w:jc w:val="right"/>
            </w:pPr>
            <w:r/>
            <w:r>
              <w:rPr>
                <w:rFonts w:ascii="Assistant" w:hAnsi="Assistant" w:cs="Assistant"/>
                <w:b w:val="0"/>
                <w:sz w:val="21"/>
                <w:rtl w:val="1"/>
                <w:szCs w:val="21"/>
              </w:rPr>
              <w:t>5. מהפכת התחבורה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שינוי גדול שקורה לאט, לאורך הרבה זמן.</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color w:val="1F9D55"/>
          <w:sz w:val="23"/>
          <w:rtl w:val="1"/>
          <w:bCs/>
          <w:szCs w:val="23"/>
        </w:rPr>
        <w:t>מחסן מילים: ניידות   ·   רמת מינוע   ·   התכווצות העולם</w:t>
      </w:r>
    </w:p>
    <w:p>
      <w:pPr>
        <w:bidi w:val="1"/>
        <w:spacing w:after="80"/>
        <w:jc w:val="right"/>
      </w:pPr>
      <w:r>
        <w:rPr>
          <w:rFonts w:ascii="Assistant" w:hAnsi="Assistant" w:cs="Assistant"/>
          <w:b w:val="0"/>
          <w:sz w:val="23"/>
          <w:rtl w:val="1"/>
          <w:szCs w:val="23"/>
        </w:rPr>
        <w:t>1. יותר משפחות עם שתי מכוניות – זו דוגמה ל־______________</w:t>
      </w:r>
    </w:p>
    <w:p>
      <w:pPr>
        <w:bidi w:val="1"/>
        <w:spacing w:after="80"/>
        <w:jc w:val="right"/>
      </w:pPr>
      <w:r>
        <w:rPr>
          <w:rFonts w:ascii="Assistant" w:hAnsi="Assistant" w:cs="Assistant"/>
          <w:b w:val="0"/>
          <w:sz w:val="23"/>
          <w:rtl w:val="1"/>
          <w:szCs w:val="23"/>
        </w:rPr>
        <w:t>2. משפחה שעוברת לגור בעיר אחרת – זו דוגמה ל־______________</w:t>
      </w:r>
    </w:p>
    <w:p>
      <w:pPr>
        <w:bidi w:val="1"/>
        <w:spacing w:after="80"/>
        <w:jc w:val="right"/>
      </w:pPr>
      <w:r>
        <w:rPr>
          <w:rFonts w:ascii="Assistant" w:hAnsi="Assistant" w:cs="Assistant"/>
          <w:b w:val="0"/>
          <w:sz w:val="23"/>
          <w:rtl w:val="1"/>
          <w:szCs w:val="23"/>
        </w:rPr>
        <w:t>3. נסיעה שלקחה יום נמשכת היום שעה – זו דוגמה ל־______________</w:t>
      </w:r>
    </w:p>
    <w:p>
      <w:pPr>
        <w:pStyle w:val="Heading1"/>
        <w:bidi w:val="1"/>
        <w:spacing w:before="200"/>
        <w:jc w:val="right"/>
        <w:shd w:val="clear" w:color="auto" w:fill="1f9d55"/>
      </w:pPr>
      <w:r>
        <w:rPr>
          <w:rFonts w:ascii="Assistant" w:hAnsi="Assistant" w:cs="Assistant"/>
          <w:b/>
          <w:color w:val="FFFFFF"/>
          <w:sz w:val="30"/>
          <w:rtl w:val="1"/>
          <w:bCs/>
          <w:szCs w:val="30"/>
        </w:rPr>
        <w:t xml:space="preserve">  חלק ב׳ – בודקים הבנה  </w:t>
      </w:r>
    </w:p>
    <w:p>
      <w:pPr>
        <w:bidi w:val="1"/>
        <w:spacing w:after="80"/>
        <w:jc w:val="right"/>
        <w:shd w:val="clear" w:color="auto" w:fill="e6f7ed"/>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מה השתנה בדרך שבה אנשים שולחים הודעות?</w:t>
      </w:r>
    </w:p>
    <w:p>
      <w:pPr>
        <w:bidi w:val="1"/>
        <w:spacing w:after="20"/>
        <w:jc w:val="right"/>
      </w:pPr>
      <w:r>
        <w:rPr>
          <w:rFonts w:ascii="Assistant" w:hAnsi="Assistant" w:cs="Assistant"/>
          <w:b w:val="0"/>
          <w:sz w:val="23"/>
          <w:rtl w:val="1"/>
          <w:szCs w:val="23"/>
        </w:rPr>
        <w:t xml:space="preserve">     ◯ א. היום התשובה מגיעה מהר מאוד</w:t>
      </w:r>
    </w:p>
    <w:p>
      <w:pPr>
        <w:bidi w:val="1"/>
        <w:spacing w:after="20"/>
        <w:jc w:val="right"/>
      </w:pPr>
      <w:r>
        <w:rPr>
          <w:rFonts w:ascii="Assistant" w:hAnsi="Assistant" w:cs="Assistant"/>
          <w:b w:val="0"/>
          <w:sz w:val="23"/>
          <w:rtl w:val="1"/>
          <w:szCs w:val="23"/>
        </w:rPr>
        <w:t xml:space="preserve">     ◯ ב. היום אי אפשר לשלוח הודעות לחו״ל</w:t>
      </w:r>
    </w:p>
    <w:p>
      <w:pPr>
        <w:bidi w:val="1"/>
        <w:spacing w:after="20"/>
        <w:jc w:val="right"/>
      </w:pPr>
      <w:r>
        <w:rPr>
          <w:rFonts w:ascii="Assistant" w:hAnsi="Assistant" w:cs="Assistant"/>
          <w:b w:val="0"/>
          <w:sz w:val="23"/>
          <w:rtl w:val="1"/>
          <w:szCs w:val="23"/>
        </w:rPr>
        <w:t xml:space="preserve">     ◯ ג. היום שולחים רק מכתבים באונייה</w:t>
      </w:r>
    </w:p>
    <w:p>
      <w:pPr>
        <w:bidi w:val="1"/>
        <w:spacing w:after="20"/>
        <w:jc w:val="right"/>
      </w:pPr>
      <w:r>
        <w:rPr>
          <w:rFonts w:ascii="Assistant" w:hAnsi="Assistant" w:cs="Assistant"/>
          <w:b w:val="0"/>
          <w:sz w:val="23"/>
          <w:rtl w:val="1"/>
          <w:szCs w:val="23"/>
        </w:rPr>
        <w:t xml:space="preserve">     ◯ ד. שום דבר לא השתנה</w:t>
      </w:r>
    </w:p>
    <w:p>
      <w:pPr>
        <w:bidi w:val="1"/>
        <w:spacing w:after="20"/>
        <w:jc w:val="right"/>
      </w:pPr>
      <w:r>
        <w:rPr>
          <w:rFonts w:ascii="Assistant" w:hAnsi="Assistant" w:cs="Assistant"/>
          <w:b/>
          <w:sz w:val="23"/>
          <w:rtl w:val="1"/>
          <w:bCs/>
          <w:szCs w:val="23"/>
        </w:rPr>
        <w:t>2. מה פירוש ״כפר גלובלי״?</w:t>
      </w:r>
    </w:p>
    <w:p>
      <w:pPr>
        <w:bidi w:val="1"/>
        <w:spacing w:after="20"/>
        <w:jc w:val="right"/>
      </w:pPr>
      <w:r>
        <w:rPr>
          <w:rFonts w:ascii="Assistant" w:hAnsi="Assistant" w:cs="Assistant"/>
          <w:b w:val="0"/>
          <w:sz w:val="23"/>
          <w:rtl w:val="1"/>
          <w:szCs w:val="23"/>
        </w:rPr>
        <w:t xml:space="preserve">     ◯ א. כפר קטן ליד הים</w:t>
      </w:r>
    </w:p>
    <w:p>
      <w:pPr>
        <w:bidi w:val="1"/>
        <w:spacing w:after="20"/>
        <w:jc w:val="right"/>
      </w:pPr>
      <w:r>
        <w:rPr>
          <w:rFonts w:ascii="Assistant" w:hAnsi="Assistant" w:cs="Assistant"/>
          <w:b w:val="0"/>
          <w:sz w:val="23"/>
          <w:rtl w:val="1"/>
          <w:szCs w:val="23"/>
        </w:rPr>
        <w:t xml:space="preserve">     ◯ ב. העולם כולו מרגיש כמו כפר אחד</w:t>
      </w:r>
    </w:p>
    <w:p>
      <w:pPr>
        <w:bidi w:val="1"/>
        <w:spacing w:after="20"/>
        <w:jc w:val="right"/>
      </w:pPr>
      <w:r>
        <w:rPr>
          <w:rFonts w:ascii="Assistant" w:hAnsi="Assistant" w:cs="Assistant"/>
          <w:b w:val="0"/>
          <w:sz w:val="23"/>
          <w:rtl w:val="1"/>
          <w:szCs w:val="23"/>
        </w:rPr>
        <w:t xml:space="preserve">     ◯ ג. כפר שיש בו רק חקלאים</w:t>
      </w:r>
    </w:p>
    <w:p>
      <w:pPr>
        <w:bidi w:val="1"/>
        <w:spacing w:after="20"/>
        <w:jc w:val="right"/>
      </w:pPr>
      <w:r>
        <w:rPr>
          <w:rFonts w:ascii="Assistant" w:hAnsi="Assistant" w:cs="Assistant"/>
          <w:b w:val="0"/>
          <w:sz w:val="23"/>
          <w:rtl w:val="1"/>
          <w:szCs w:val="23"/>
        </w:rPr>
        <w:t xml:space="preserve">     ◯ ד. כפר בלי טלפונים</w:t>
      </w:r>
    </w:p>
    <w:p>
      <w:pPr>
        <w:bidi w:val="1"/>
        <w:spacing w:after="20"/>
        <w:jc w:val="right"/>
      </w:pPr>
      <w:r>
        <w:rPr>
          <w:rFonts w:ascii="Assistant" w:hAnsi="Assistant" w:cs="Assistant"/>
          <w:b/>
          <w:sz w:val="23"/>
          <w:rtl w:val="1"/>
          <w:bCs/>
          <w:szCs w:val="23"/>
        </w:rPr>
        <w:t>3. איזה כלי תחבורה קיצר מאוד את הנסיעות למקומות רחוקים?</w:t>
      </w:r>
    </w:p>
    <w:p>
      <w:pPr>
        <w:bidi w:val="1"/>
        <w:spacing w:after="20"/>
        <w:jc w:val="right"/>
      </w:pPr>
      <w:r>
        <w:rPr>
          <w:rFonts w:ascii="Assistant" w:hAnsi="Assistant" w:cs="Assistant"/>
          <w:b w:val="0"/>
          <w:sz w:val="23"/>
          <w:rtl w:val="1"/>
          <w:szCs w:val="23"/>
        </w:rPr>
        <w:t xml:space="preserve">     ◯ א. עגלה</w:t>
      </w:r>
    </w:p>
    <w:p>
      <w:pPr>
        <w:bidi w:val="1"/>
        <w:spacing w:after="20"/>
        <w:jc w:val="right"/>
      </w:pPr>
      <w:r>
        <w:rPr>
          <w:rFonts w:ascii="Assistant" w:hAnsi="Assistant" w:cs="Assistant"/>
          <w:b w:val="0"/>
          <w:sz w:val="23"/>
          <w:rtl w:val="1"/>
          <w:szCs w:val="23"/>
        </w:rPr>
        <w:t xml:space="preserve">     ◯ ב. סוס</w:t>
      </w:r>
    </w:p>
    <w:p>
      <w:pPr>
        <w:bidi w:val="1"/>
        <w:spacing w:after="20"/>
        <w:jc w:val="right"/>
      </w:pPr>
      <w:r>
        <w:rPr>
          <w:rFonts w:ascii="Assistant" w:hAnsi="Assistant" w:cs="Assistant"/>
          <w:b w:val="0"/>
          <w:sz w:val="23"/>
          <w:rtl w:val="1"/>
          <w:szCs w:val="23"/>
        </w:rPr>
        <w:t xml:space="preserve">     ◯ ג. מטוס</w:t>
      </w:r>
    </w:p>
    <w:p>
      <w:pPr>
        <w:bidi w:val="1"/>
        <w:spacing w:after="20"/>
        <w:jc w:val="right"/>
      </w:pPr>
      <w:r>
        <w:rPr>
          <w:rFonts w:ascii="Assistant" w:hAnsi="Assistant" w:cs="Assistant"/>
          <w:b w:val="0"/>
          <w:sz w:val="23"/>
          <w:rtl w:val="1"/>
          <w:szCs w:val="23"/>
        </w:rPr>
        <w:t xml:space="preserve">     ◯ ד. אופניים</w:t>
      </w:r>
    </w:p>
    <w:p>
      <w:pPr>
        <w:bidi w:val="1"/>
        <w:spacing w:after="20"/>
        <w:jc w:val="right"/>
      </w:pPr>
      <w:r>
        <w:rPr>
          <w:rFonts w:ascii="Assistant" w:hAnsi="Assistant" w:cs="Assistant"/>
          <w:b/>
          <w:sz w:val="23"/>
          <w:rtl w:val="1"/>
          <w:bCs/>
          <w:szCs w:val="23"/>
        </w:rPr>
        <w:t>4. מהו צד פחות טוב של יותר מכוניות?</w:t>
      </w:r>
    </w:p>
    <w:p>
      <w:pPr>
        <w:bidi w:val="1"/>
        <w:spacing w:after="20"/>
        <w:jc w:val="right"/>
      </w:pPr>
      <w:r>
        <w:rPr>
          <w:rFonts w:ascii="Assistant" w:hAnsi="Assistant" w:cs="Assistant"/>
          <w:b w:val="0"/>
          <w:sz w:val="23"/>
          <w:rtl w:val="1"/>
          <w:szCs w:val="23"/>
        </w:rPr>
        <w:t xml:space="preserve">     ◯ א. אפשר להגיע לבית הספר</w:t>
      </w:r>
    </w:p>
    <w:p>
      <w:pPr>
        <w:bidi w:val="1"/>
        <w:spacing w:after="20"/>
        <w:jc w:val="right"/>
      </w:pPr>
      <w:r>
        <w:rPr>
          <w:rFonts w:ascii="Assistant" w:hAnsi="Assistant" w:cs="Assistant"/>
          <w:b w:val="0"/>
          <w:sz w:val="23"/>
          <w:rtl w:val="1"/>
          <w:szCs w:val="23"/>
        </w:rPr>
        <w:t xml:space="preserve">     ◯ ב. אפשר לבקר חברים</w:t>
      </w:r>
    </w:p>
    <w:p>
      <w:pPr>
        <w:bidi w:val="1"/>
        <w:spacing w:after="20"/>
        <w:jc w:val="right"/>
      </w:pPr>
      <w:r>
        <w:rPr>
          <w:rFonts w:ascii="Assistant" w:hAnsi="Assistant" w:cs="Assistant"/>
          <w:b w:val="0"/>
          <w:sz w:val="23"/>
          <w:rtl w:val="1"/>
          <w:szCs w:val="23"/>
        </w:rPr>
        <w:t xml:space="preserve">     ◯ ג. אפשר לנסוע לטיול</w:t>
      </w:r>
    </w:p>
    <w:p>
      <w:pPr>
        <w:bidi w:val="1"/>
        <w:spacing w:after="20"/>
        <w:jc w:val="right"/>
      </w:pPr>
      <w:r>
        <w:rPr>
          <w:rFonts w:ascii="Assistant" w:hAnsi="Assistant" w:cs="Assistant"/>
          <w:b w:val="0"/>
          <w:sz w:val="23"/>
          <w:rtl w:val="1"/>
          <w:szCs w:val="23"/>
        </w:rPr>
        <w:t xml:space="preserve">     ◯ ד. יש יותר פקקים וזיהום אוויר</w:t>
      </w:r>
    </w:p>
    <w:p>
      <w:pPr>
        <w:bidi w:val="1"/>
        <w:spacing w:after="20"/>
        <w:jc w:val="right"/>
      </w:pPr>
      <w:r>
        <w:rPr>
          <w:rFonts w:ascii="Assistant" w:hAnsi="Assistant" w:cs="Assistant"/>
          <w:b/>
          <w:sz w:val="23"/>
          <w:rtl w:val="1"/>
          <w:bCs/>
          <w:szCs w:val="23"/>
        </w:rPr>
        <w:t>5. מה זה ״תמורה״?</w:t>
      </w:r>
    </w:p>
    <w:p>
      <w:pPr>
        <w:bidi w:val="1"/>
        <w:spacing w:after="20"/>
        <w:jc w:val="right"/>
      </w:pPr>
      <w:r>
        <w:rPr>
          <w:rFonts w:ascii="Assistant" w:hAnsi="Assistant" w:cs="Assistant"/>
          <w:b w:val="0"/>
          <w:sz w:val="23"/>
          <w:rtl w:val="1"/>
          <w:szCs w:val="23"/>
        </w:rPr>
        <w:t xml:space="preserve">     ◯ א. מתנה ליום הולדת</w:t>
      </w:r>
    </w:p>
    <w:p>
      <w:pPr>
        <w:bidi w:val="1"/>
        <w:spacing w:after="20"/>
        <w:jc w:val="right"/>
      </w:pPr>
      <w:r>
        <w:rPr>
          <w:rFonts w:ascii="Assistant" w:hAnsi="Assistant" w:cs="Assistant"/>
          <w:b w:val="0"/>
          <w:sz w:val="23"/>
          <w:rtl w:val="1"/>
          <w:szCs w:val="23"/>
        </w:rPr>
        <w:t xml:space="preserve">     ◯ ב. שינוי גדול שקורה לאורך זמן</w:t>
      </w:r>
    </w:p>
    <w:p>
      <w:pPr>
        <w:bidi w:val="1"/>
        <w:spacing w:after="20"/>
        <w:jc w:val="right"/>
      </w:pPr>
      <w:r>
        <w:rPr>
          <w:rFonts w:ascii="Assistant" w:hAnsi="Assistant" w:cs="Assistant"/>
          <w:b w:val="0"/>
          <w:sz w:val="23"/>
          <w:rtl w:val="1"/>
          <w:szCs w:val="23"/>
        </w:rPr>
        <w:t xml:space="preserve">     ◯ ג. סוג של מכונית</w:t>
      </w:r>
    </w:p>
    <w:p>
      <w:pPr>
        <w:bidi w:val="1"/>
        <w:spacing w:after="20"/>
        <w:jc w:val="right"/>
      </w:pPr>
      <w:r>
        <w:rPr>
          <w:rFonts w:ascii="Assistant" w:hAnsi="Assistant" w:cs="Assistant"/>
          <w:b w:val="0"/>
          <w:sz w:val="23"/>
          <w:rtl w:val="1"/>
          <w:szCs w:val="23"/>
        </w:rPr>
        <w:t xml:space="preserve">     ◯ ד. מכתב ישן</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e6f7ed"/>
          </w:tcPr>
          <w:p>
            <w:pPr>
              <w:bidi w:val="1"/>
              <w:jc w:val="right"/>
            </w:pPr>
            <w:r/>
            <w:r>
              <w:rPr>
                <w:rFonts w:ascii="Assistant" w:hAnsi="Assistant" w:cs="Assistant"/>
                <w:b/>
                <w:sz w:val="21"/>
                <w:rtl w:val="1"/>
                <w:bCs/>
                <w:szCs w:val="21"/>
              </w:rPr>
              <w:t>משפט</w:t>
            </w:r>
          </w:p>
        </w:tc>
        <w:tc>
          <w:tcPr>
            <w:tcW w:type="dxa" w:w="1134"/>
            <w:shd w:val="clear" w:color="auto" w:fill="e6f7ed"/>
          </w:tcPr>
          <w:p>
            <w:pPr>
              <w:bidi w:val="1"/>
              <w:jc w:val="right"/>
            </w:pPr>
            <w:r/>
            <w:r>
              <w:rPr>
                <w:rFonts w:ascii="Assistant" w:hAnsi="Assistant" w:cs="Assistant"/>
                <w:b/>
                <w:sz w:val="21"/>
                <w:rtl w:val="1"/>
                <w:bCs/>
                <w:szCs w:val="21"/>
              </w:rPr>
              <w:t>נכון</w:t>
            </w:r>
          </w:p>
        </w:tc>
        <w:tc>
          <w:tcPr>
            <w:tcW w:type="dxa" w:w="1134"/>
            <w:shd w:val="clear" w:color="auto" w:fill="e6f7ed"/>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פעם מכתב לארץ רחוקה הגיע בתוך שנייה.</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היום אפשר לדבר עם אנשים בצד השני של העולם.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לכל שינוי יש רק צד טוב.</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מטוסים ורכבות מהירות קיצרו את זמן הנסיעה.</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1f9d55"/>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e6f7ed"/>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כתבו דבר אחד שהשתנה מאז שההורים שלכם היו ילדים.</w:t>
      </w:r>
    </w:p>
    <w:p>
      <w:pPr>
        <w:bidi w:val="1"/>
        <w:spacing w:after="20"/>
        <w:jc w:val="right"/>
      </w:pPr>
      <w:r>
        <w:rPr>
          <w:rFonts w:ascii="Assistant" w:hAnsi="Assistant" w:cs="Assistant"/>
          <w:b w:val="0"/>
          <w:color w:val="666666"/>
          <w:sz w:val="21"/>
          <w:rtl w:val="1"/>
          <w:szCs w:val="21"/>
        </w:rPr>
        <w:t>✏️ התחילו כך: כשההורים שלי היו ילדים... והיום...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למה אומרים שהעולם הוא ״כפר גלובלי״?</w:t>
      </w:r>
    </w:p>
    <w:p>
      <w:pPr>
        <w:bidi w:val="1"/>
        <w:spacing w:after="20"/>
        <w:jc w:val="right"/>
      </w:pPr>
      <w:r>
        <w:rPr>
          <w:rFonts w:ascii="Assistant" w:hAnsi="Assistant" w:cs="Assistant"/>
          <w:b w:val="0"/>
          <w:color w:val="666666"/>
          <w:sz w:val="21"/>
          <w:rtl w:val="1"/>
          <w:szCs w:val="21"/>
        </w:rPr>
        <w:t>✏️ התחילו כך: אומרים כך כי...</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F08A24"/>
          <w:sz w:val="26"/>
          <w:rtl w:val="1"/>
          <w:bCs/>
          <w:szCs w:val="26"/>
        </w:rPr>
        <w:t>🎫 כרטיס יציאה – העולם משתנה     שם: __________</w:t>
      </w:r>
    </w:p>
    <w:p>
      <w:pPr>
        <w:bidi w:val="1"/>
        <w:spacing w:after="20"/>
        <w:jc w:val="right"/>
      </w:pPr>
      <w:r>
        <w:rPr>
          <w:rFonts w:ascii="Assistant" w:hAnsi="Assistant" w:cs="Assistant"/>
          <w:b w:val="0"/>
          <w:sz w:val="23"/>
          <w:rtl w:val="1"/>
          <w:szCs w:val="23"/>
        </w:rPr>
        <w:t>1. שינוי אחד שלמדתי עליו היום הוא...</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מילה חדשה שלמדתי: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צד טוב ושלא טוב של שינוי אחד: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העולם משתנה – חוברת תלמיד – בסיסי</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